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pStyle w:val="Title"/>
        <w:jc w:val="center"/>
      </w:pPr>
      <w:r>
        <w:t>No One But Us</w:t>
      </w:r>
    </w:p>
    <w:p>
      <w:pPr>
        <w:spacing w:before="160" w:after="720"/>
        <w:jc w:val="center"/>
      </w:pPr>
      <w:r>
        <w:rPr>
          <w:rFonts w:ascii="Georgia" w:hAnsi="Georgia"/>
          <w:i/>
          <w:sz w:val="32"/>
        </w:rPr>
        <w:t>A Ballad of H Troop 17th Cavalry</w:t>
      </w:r>
    </w:p>
    <w:p>
      <w:pPr>
        <w:ind w:left="936" w:right="936"/>
        <w:jc w:val="center"/>
      </w:pPr>
      <w:r>
        <w:rPr>
          <w:rFonts w:ascii="Georgia" w:hAnsi="Georgia"/>
          <w:sz w:val="24"/>
        </w:rPr>
        <w:t>This is dedicated to the Fifty-Four H Troopers who gave their lives in Vietnam, to their loved ones, and to the brothers who carry them still…</w:t>
      </w:r>
    </w:p>
    <w:p>
      <w:pPr>
        <w:spacing w:before="840"/>
        <w:jc w:val="center"/>
      </w:pPr>
      <w:r>
        <w:rPr>
          <w:rFonts w:ascii="Georgia" w:hAnsi="Georgia"/>
          <w:color w:val="5A5A5A"/>
          <w:sz w:val="20"/>
        </w:rPr>
        <w:t>From the narrated film</w:t>
      </w:r>
    </w:p>
    <w:p>
      <w:r>
        <w:br w:type="page"/>
      </w:r>
    </w:p>
    <w:p>
      <w:pPr>
        <w:keepLines/>
        <w:widowControl/>
      </w:pPr>
      <w:r>
        <w:t>For many it began back then, in the final teenage year, A boy still learning who he was, with manhood drawing near.</w:t>
      </w:r>
    </w:p>
    <w:p>
      <w:pPr>
        <w:keepLines/>
        <w:widowControl/>
      </w:pPr>
      <w:r>
        <w:t>They boarded planes from towns back home and crossed an endless sea, Then stepped into a foreign land unlike what home could be.</w:t>
      </w:r>
    </w:p>
    <w:p>
      <w:pPr>
        <w:keepLines/>
        <w:widowControl/>
      </w:pPr>
      <w:r>
        <w:t>The aircraft door swung open wide… the heat struck like a wall, Each breath was thick with diesel smoke and odors over all.</w:t>
      </w:r>
    </w:p>
    <w:p>
      <w:pPr>
        <w:keepLines/>
        <w:widowControl/>
      </w:pPr>
      <w:r>
        <w:t>The burning waste, the heavy air, the engines' constant cry…</w:t>
      </w:r>
    </w:p>
    <w:p>
      <w:pPr>
        <w:keepLines/>
        <w:widowControl/>
      </w:pPr>
      <w:r>
        <w:t>A young man caught his breath and thought... how will I survive?</w:t>
      </w:r>
    </w:p>
    <w:p>
      <w:pPr>
        <w:keepLines/>
        <w:widowControl/>
      </w:pPr>
      <w:r>
        <w:t>A few short days to learn the rules, to hear what lay ahead, Then jungle greens, worn combat boots, and steel upon the head.</w:t>
      </w:r>
    </w:p>
    <w:p>
      <w:pPr>
        <w:keepLines/>
        <w:widowControl/>
      </w:pPr>
      <w:r>
        <w:t>They came from farms and city streets, from mountains, plains and shore, From places most would never see, to fight another's war.</w:t>
      </w:r>
    </w:p>
    <w:p>
      <w:pPr>
        <w:keepLines/>
        <w:widowControl/>
      </w:pPr>
      <w:r>
        <w:t>Their hometowns gave them nicknames first, their hair might earn one too, And names their mothers called them by were known by very few.</w:t>
      </w:r>
    </w:p>
    <w:p>
      <w:pPr>
        <w:keepLines/>
        <w:widowControl/>
      </w:pPr>
      <w:r>
        <w:t>Some answered to Wild man, some to Hardass, to Echo and R A,</w:t>
      </w:r>
    </w:p>
    <w:p>
      <w:pPr>
        <w:keepLines/>
        <w:widowControl/>
      </w:pPr>
      <w:r>
        <w:t>Their given names grew faint with time...those nicknames here to stay.</w:t>
      </w:r>
    </w:p>
    <w:p>
      <w:pPr>
        <w:keepLines/>
        <w:widowControl/>
      </w:pPr>
      <w:r>
        <w:t>They looked so young, yet seemed so old, those men already there, With tired eyes in youthful faces and silence in their stare.</w:t>
      </w:r>
    </w:p>
    <w:p>
      <w:pPr>
        <w:keepLines/>
        <w:widowControl/>
      </w:pPr>
      <w:r>
        <w:t>The new men watched and learned from them how little words could say, How men could age beyond their years before the break of day.</w:t>
      </w:r>
    </w:p>
    <w:p>
      <w:pPr>
        <w:keepLines/>
        <w:widowControl/>
      </w:pPr>
      <w:r>
        <w:t>Their home was LZ Bayonet, in I Corps near Chu Lai,</w:t>
      </w:r>
    </w:p>
    <w:p>
      <w:pPr>
        <w:keepLines/>
        <w:widowControl/>
      </w:pPr>
      <w:r>
        <w:t>Across highway number one, beneath a burning sky.</w:t>
      </w:r>
    </w:p>
    <w:p>
      <w:pPr>
        <w:keepLines/>
        <w:widowControl/>
      </w:pPr>
      <w:r>
        <w:t>West of the busy airbase there, where aircraft came and went,</w:t>
      </w:r>
    </w:p>
    <w:p>
      <w:pPr>
        <w:keepLines/>
        <w:widowControl/>
      </w:pPr>
      <w:r>
        <w:t>The 198th built what home they could from timber, earth and tent.</w:t>
      </w:r>
    </w:p>
    <w:p>
      <w:pPr>
        <w:keepLines/>
        <w:widowControl/>
      </w:pPr>
      <w:r>
        <w:t>But shelter seldom held them long, for daylight called them out,</w:t>
      </w:r>
    </w:p>
    <w:p>
      <w:pPr>
        <w:keepLines/>
        <w:widowControl/>
      </w:pPr>
      <w:r>
        <w:t>Into the bush and down the roads where danger moved about.</w:t>
      </w:r>
    </w:p>
    <w:p>
      <w:pPr>
        <w:keepLines/>
        <w:widowControl/>
      </w:pPr>
      <w:r>
        <w:t>H Troop was four platoons in all, Headquarters and the three,</w:t>
      </w:r>
    </w:p>
    <w:p>
      <w:pPr>
        <w:keepLines/>
        <w:widowControl/>
      </w:pPr>
      <w:r>
        <w:t>First, Second, Third, the fighting lines of armored cavalry.</w:t>
      </w:r>
    </w:p>
    <w:p>
      <w:pPr>
        <w:keepLines/>
        <w:widowControl/>
      </w:pPr>
      <w:r>
        <w:t>Ten tracks made up each line platoon, four troopers to a crew,</w:t>
      </w:r>
    </w:p>
    <w:p>
      <w:pPr>
        <w:keepLines/>
        <w:widowControl/>
      </w:pPr>
      <w:r>
        <w:t>And sometimes five rode shoulder close, they did what they had to do.</w:t>
      </w:r>
    </w:p>
    <w:p>
      <w:pPr>
        <w:keepLines/>
        <w:widowControl/>
      </w:pPr>
      <w:r>
        <w:t>Above them all stood simply Top, the name all troopers knew, A first sergeant whose steady hand helped hold the whole troop true.</w:t>
      </w:r>
    </w:p>
    <w:p>
      <w:pPr>
        <w:keepLines/>
        <w:widowControl/>
      </w:pPr>
      <w:r>
        <w:t>Then Sergeant Vega led the Second, respected, firm and plain, A leader young men learned to trust through dust and fire and rain.</w:t>
      </w:r>
    </w:p>
    <w:p>
      <w:pPr>
        <w:keepLines/>
        <w:widowControl/>
      </w:pPr>
      <w:r>
        <w:t>The M113s bore them on, their ACAVs made not of steel,</w:t>
      </w:r>
    </w:p>
    <w:p>
      <w:pPr>
        <w:keepLines/>
        <w:widowControl/>
      </w:pPr>
      <w:r>
        <w:t>With engines loud and armor thin, their danger always real.</w:t>
      </w:r>
    </w:p>
    <w:p>
      <w:pPr>
        <w:keepLines/>
        <w:widowControl/>
      </w:pPr>
      <w:r>
        <w:t>The tracks themselves were given names, as soldiers always do, Hippies Five and Hard On rolled out, with many others too.</w:t>
      </w:r>
    </w:p>
    <w:p>
      <w:pPr>
        <w:keepLines/>
        <w:widowControl/>
      </w:pPr>
      <w:r>
        <w:t>A painted name upon the side made one machine their own, A moving room, a fighting place… as close to home as home.</w:t>
      </w:r>
    </w:p>
    <w:p>
      <w:pPr>
        <w:keepLines/>
        <w:widowControl/>
      </w:pPr>
      <w:r>
        <w:t>Some rode inside when orders came, some rode the decks instead, With ammo beneath their dusty boots and open sky overhead.</w:t>
      </w:r>
    </w:p>
    <w:p>
      <w:pPr>
        <w:keepLines/>
        <w:widowControl/>
      </w:pPr>
      <w:r>
        <w:t>The sun would bake the armored hull, the dust clung to the skin, The engine's roar became a sound that settled deep within.</w:t>
      </w:r>
    </w:p>
    <w:p>
      <w:pPr>
        <w:keepLines/>
        <w:widowControl/>
      </w:pPr>
      <w:r>
        <w:t>Before first light the motors turned, and diesel filled the air, Each man checked gear and weaponry with quiet, practiced care.</w:t>
      </w:r>
    </w:p>
    <w:p>
      <w:pPr>
        <w:keepLines/>
        <w:widowControl/>
      </w:pPr>
      <w:r>
        <w:t>A villager came with cold Cokes, smokes, and things to trade,</w:t>
      </w:r>
    </w:p>
    <w:p>
      <w:pPr>
        <w:keepLines/>
        <w:widowControl/>
      </w:pPr>
      <w:r>
        <w:t>Brief reminders life went on… beyond the jungle shade.</w:t>
      </w:r>
    </w:p>
    <w:p>
      <w:pPr>
        <w:keepLines/>
        <w:widowControl/>
      </w:pPr>
      <w:r>
        <w:t>Then someone gave the word to move, the column formed in line, And tracks rolled west from Bayonet through mud and rain and time.</w:t>
      </w:r>
    </w:p>
    <w:p>
      <w:pPr>
        <w:keepLines/>
        <w:widowControl/>
      </w:pPr>
      <w:r>
        <w:t>They crossed Highway Number One, past Chu Lai to the west and south,</w:t>
      </w:r>
    </w:p>
    <w:p>
      <w:pPr>
        <w:keepLines/>
        <w:widowControl/>
      </w:pPr>
      <w:r>
        <w:t>Toward Bantangan's tangled trails, and through Dragon Valley's mouth.</w:t>
      </w:r>
    </w:p>
    <w:p>
      <w:pPr>
        <w:keepLines/>
        <w:widowControl/>
      </w:pPr>
      <w:r>
        <w:t>They watched the shoulders for a wire, the roadway for a sign, A patch of earth too freshly turned, a break beside the line.</w:t>
      </w:r>
    </w:p>
    <w:p>
      <w:pPr>
        <w:keepLines/>
        <w:widowControl/>
      </w:pPr>
      <w:r>
        <w:t>For mines lay hidden under roads where ordinary men</w:t>
      </w:r>
    </w:p>
    <w:p>
      <w:pPr>
        <w:keepLines/>
        <w:widowControl/>
      </w:pPr>
      <w:r>
        <w:t>Might drive the selfsame road at dawn… and never drive again.</w:t>
      </w:r>
    </w:p>
    <w:p>
      <w:pPr>
        <w:keepLines/>
        <w:widowControl/>
      </w:pPr>
      <w:r>
        <w:t>Its dirt concealed what waited there, the earth gave little sign, And unsuspecting troopers paid the price of hidden mines.</w:t>
      </w:r>
    </w:p>
    <w:p>
      <w:pPr>
        <w:keepLines/>
        <w:widowControl/>
        <w:spacing w:after="40"/>
      </w:pPr>
      <w:r>
        <w:t>Tra Bong Road awaited the Cav,</w:t>
      </w:r>
    </w:p>
    <w:p>
      <w:pPr>
        <w:keepLines/>
        <w:widowControl/>
        <w:spacing w:after="40"/>
      </w:pPr>
      <w:r>
        <w:t>each blast, each broken crew,</w:t>
      </w:r>
    </w:p>
    <w:p>
      <w:pPr>
        <w:keepLines/>
        <w:widowControl/>
      </w:pPr>
      <w:r>
        <w:t>And each time they traveled it, the danger traveled too.</w:t>
      </w:r>
    </w:p>
    <w:p>
      <w:pPr>
        <w:keepLines/>
        <w:widowControl/>
      </w:pPr>
      <w:r>
        <w:t>November sixty-nine brought Sheridan tanks to the line,</w:t>
      </w:r>
    </w:p>
    <w:p>
      <w:pPr>
        <w:keepLines/>
        <w:widowControl/>
      </w:pPr>
      <w:r>
        <w:t>with heavier guns and added steel against the road and mine.</w:t>
      </w:r>
    </w:p>
    <w:p>
      <w:pPr>
        <w:keepLines/>
        <w:widowControl/>
      </w:pPr>
      <w:r>
        <w:t>The armor offered better odds, and none would call that small,</w:t>
      </w:r>
    </w:p>
    <w:p>
      <w:pPr>
        <w:keepLines/>
        <w:widowControl/>
      </w:pPr>
      <w:r>
        <w:t>Yet steel could never guard the mind from fears that gripped them all.</w:t>
      </w:r>
    </w:p>
    <w:p>
      <w:pPr>
        <w:keepLines/>
        <w:widowControl/>
      </w:pPr>
      <w:r>
        <w:t>The road still hid its deadly mines, the tree line still could fire,</w:t>
      </w:r>
    </w:p>
    <w:p>
      <w:pPr>
        <w:keepLines/>
        <w:widowControl/>
      </w:pPr>
      <w:r>
        <w:t>And every mission still demanded the courage duty required.</w:t>
      </w:r>
    </w:p>
    <w:p>
      <w:pPr>
        <w:keepLines/>
        <w:widowControl/>
      </w:pPr>
      <w:r>
        <w:t>They watched the distant tree lines hard for movement, smoke or flash,</w:t>
      </w:r>
    </w:p>
    <w:p>
      <w:pPr>
        <w:keepLines/>
        <w:widowControl/>
      </w:pPr>
      <w:r>
        <w:t>A sniper's shot, a hidden mine, an RPG's quick crash.</w:t>
      </w:r>
    </w:p>
    <w:p>
      <w:pPr>
        <w:keepLines/>
        <w:widowControl/>
      </w:pPr>
      <w:r>
        <w:t>Long hours passed with nothing seen, no movement in the green,</w:t>
      </w:r>
    </w:p>
    <w:p>
      <w:pPr>
        <w:keepLines/>
        <w:widowControl/>
      </w:pPr>
      <w:r>
        <w:t>Then everything could change at once, though moments before seemed serene.</w:t>
      </w:r>
    </w:p>
    <w:p>
      <w:pPr>
        <w:keepLines/>
        <w:widowControl/>
      </w:pPr>
      <w:r>
        <w:t>The stillness shattered into fire, the jungle burst awake,</w:t>
      </w:r>
    </w:p>
    <w:p>
      <w:pPr>
        <w:keepLines/>
        <w:widowControl/>
      </w:pPr>
      <w:r>
        <w:t>Commands rang out from every side, each choice a life might take.</w:t>
      </w:r>
    </w:p>
    <w:p>
      <w:pPr>
        <w:keepLines/>
        <w:widowControl/>
      </w:pPr>
      <w:r>
        <w:t>Then friends were down and calling out, yet fighting where they fell,</w:t>
      </w:r>
    </w:p>
    <w:p>
      <w:pPr>
        <w:keepLines/>
        <w:widowControl/>
      </w:pPr>
      <w:r>
        <w:t>While every man beside them worked inside that sudden hell.</w:t>
      </w:r>
    </w:p>
    <w:p>
      <w:pPr>
        <w:keepLines/>
        <w:widowControl/>
      </w:pPr>
      <w:r>
        <w:t>The Doc knelt down beside the hurt, while others held the line,</w:t>
      </w:r>
    </w:p>
    <w:p>
      <w:pPr>
        <w:keepLines/>
        <w:widowControl/>
      </w:pPr>
      <w:r>
        <w:t>One fought to save a brother's life… the rest protected mine.</w:t>
      </w:r>
    </w:p>
    <w:p>
      <w:pPr>
        <w:keepLines/>
        <w:widowControl/>
      </w:pPr>
      <w:r>
        <w:t>Then just as quickly… silence came. The jungle breathed once more,</w:t>
      </w:r>
    </w:p>
    <w:p>
      <w:pPr>
        <w:keepLines/>
        <w:widowControl/>
      </w:pPr>
      <w:r>
        <w:t>As though the earth remembered not what happened moments before.</w:t>
      </w:r>
    </w:p>
    <w:p>
      <w:pPr>
        <w:keepLines/>
        <w:widowControl/>
      </w:pPr>
      <w:r>
        <w:t>The birds returned, the leaves stood still, the sky remained the same,</w:t>
      </w:r>
    </w:p>
    <w:p>
      <w:pPr>
        <w:keepLines/>
        <w:widowControl/>
      </w:pPr>
      <w:r>
        <w:t>While those who lived checked every man… and softly spoke a name.</w:t>
      </w:r>
    </w:p>
    <w:p>
      <w:pPr>
        <w:keepLines/>
        <w:widowControl/>
      </w:pPr>
      <w:r>
        <w:t>They ran the missions handed down, "Search and destroy," was the phrase,</w:t>
      </w:r>
    </w:p>
    <w:p>
      <w:pPr>
        <w:keepLines/>
        <w:widowControl/>
      </w:pPr>
      <w:r>
        <w:t>Words written neatly back at desks for dirty, endless days.</w:t>
      </w:r>
    </w:p>
    <w:p>
      <w:pPr>
        <w:keepLines/>
        <w:widowControl/>
      </w:pPr>
      <w:r>
        <w:t>They searched through hamlet, field and trail, through brush and flooded ground,</w:t>
      </w:r>
    </w:p>
    <w:p>
      <w:pPr>
        <w:keepLines/>
        <w:widowControl/>
      </w:pPr>
      <w:r>
        <w:t>Never knowing what might wait beyond the next small mound.</w:t>
      </w:r>
    </w:p>
    <w:p>
      <w:pPr>
        <w:keepLines/>
        <w:widowControl/>
      </w:pPr>
      <w:r>
        <w:t>They guarded roads and river crossings, the places maps marked so,</w:t>
      </w:r>
    </w:p>
    <w:p>
      <w:pPr>
        <w:keepLines/>
        <w:widowControl/>
      </w:pPr>
      <w:r>
        <w:t>Yet every mile they held secure kept life and traffic flowing so.</w:t>
      </w:r>
    </w:p>
    <w:p>
      <w:pPr>
        <w:keepLines/>
        <w:widowControl/>
      </w:pPr>
      <w:r>
        <w:t>At Tam Ky they protected spans that had to stay in hand,</w:t>
      </w:r>
    </w:p>
    <w:p>
      <w:pPr>
        <w:keepLines/>
        <w:widowControl/>
      </w:pPr>
      <w:r>
        <w:t>Watching roads and riverbanks across that troubled land.</w:t>
      </w:r>
    </w:p>
    <w:p>
      <w:pPr>
        <w:keepLines/>
        <w:widowControl/>
      </w:pPr>
      <w:r>
        <w:t>At Binh Son Bridge they stood their watch, through daytime and through night,</w:t>
      </w:r>
    </w:p>
    <w:p>
      <w:pPr>
        <w:keepLines/>
        <w:widowControl/>
      </w:pPr>
      <w:r>
        <w:t>A ribbon stretched from bank to bank, held fast beneath their sight.</w:t>
      </w:r>
    </w:p>
    <w:p>
      <w:pPr>
        <w:keepLines/>
        <w:widowControl/>
      </w:pPr>
      <w:r>
        <w:t>Food and fuel crossed over it, along with mail and men,</w:t>
      </w:r>
    </w:p>
    <w:p>
      <w:pPr>
        <w:keepLines/>
        <w:widowControl/>
      </w:pPr>
      <w:r>
        <w:t>And every convoy heading north depended on it then.</w:t>
      </w:r>
    </w:p>
    <w:p>
      <w:pPr>
        <w:keepLines/>
        <w:widowControl/>
      </w:pPr>
      <w:r>
        <w:t>To some it was just steel and stone, another bridge to span,</w:t>
      </w:r>
    </w:p>
    <w:p>
      <w:pPr>
        <w:keepLines/>
        <w:widowControl/>
      </w:pPr>
      <w:r>
        <w:t>To H Troop it was something more… a promise kept for man.</w:t>
      </w:r>
    </w:p>
    <w:p>
      <w:pPr>
        <w:keepLines/>
        <w:widowControl/>
      </w:pPr>
      <w:r>
        <w:t>At night the moon rose over it, the river drifting on,</w:t>
      </w:r>
    </w:p>
    <w:p>
      <w:pPr>
        <w:keepLines/>
        <w:widowControl/>
      </w:pPr>
      <w:r>
        <w:t>A quiet silver witness there, the moon above Binh Son.</w:t>
      </w:r>
    </w:p>
    <w:p>
      <w:pPr>
        <w:keepLines/>
        <w:widowControl/>
      </w:pPr>
      <w:r>
        <w:t>Two friends might share a cigarette, and speak of home awhile,</w:t>
      </w:r>
    </w:p>
    <w:p>
      <w:pPr>
        <w:keepLines/>
        <w:widowControl/>
      </w:pPr>
      <w:r>
        <w:t>Or trade the kind of insults that could make a soldier smile.</w:t>
      </w:r>
    </w:p>
    <w:p>
      <w:pPr>
        <w:keepLines/>
        <w:widowControl/>
      </w:pPr>
      <w:r>
        <w:t>No speeches echoed through the night, no grand words filled the air,</w:t>
      </w:r>
    </w:p>
    <w:p>
      <w:pPr>
        <w:keepLines/>
        <w:widowControl/>
      </w:pPr>
      <w:r>
        <w:t>A joke, a curse, a nickname tossed was all that mattered there.</w:t>
      </w:r>
    </w:p>
    <w:p>
      <w:pPr>
        <w:keepLines/>
        <w:widowControl/>
      </w:pPr>
      <w:r>
        <w:t>Then one December night ’67, while H Troop still was new,</w:t>
      </w:r>
    </w:p>
    <w:p>
      <w:pPr>
        <w:keepLines/>
        <w:widowControl/>
      </w:pPr>
      <w:r>
        <w:t>The bridge at Binh Son forged a name the years would carry through.</w:t>
      </w:r>
    </w:p>
    <w:p>
      <w:pPr>
        <w:keepLines/>
        <w:widowControl/>
      </w:pPr>
      <w:r>
        <w:t>The village lamps burned dim and low, with fewer men in sight, A strange calm settled near the span before the guns that night.</w:t>
      </w:r>
    </w:p>
    <w:p>
      <w:pPr>
        <w:keepLines/>
        <w:widowControl/>
      </w:pPr>
      <w:r>
        <w:t>An RPG struck one track's side, and metal filled the air,Young Chico Garcia cried, “I’m hit!” as the battle began out there.</w:t>
      </w:r>
    </w:p>
    <w:p>
      <w:pPr>
        <w:keepLines/>
        <w:widowControl/>
      </w:pPr>
      <w:r>
        <w:t>Then Bandy climbed into the smoke, looked hard and made it plain: “You’re fine now, Chico… back on your gun.” And courage rose again.</w:t>
      </w:r>
    </w:p>
    <w:p>
      <w:pPr>
        <w:keepLines/>
        <w:widowControl/>
      </w:pPr>
      <w:r>
        <w:t>No speech to stir a thousand men, no grand heroic claim, Just calm enough to quiet fear and call him back by name.</w:t>
      </w:r>
    </w:p>
    <w:p>
      <w:pPr>
        <w:keepLines/>
        <w:widowControl/>
      </w:pPr>
      <w:r>
        <w:t>Garcia climbed back to his post while battle raged around, And every man who witnessed it saw courage newly found.</w:t>
      </w:r>
    </w:p>
    <w:p>
      <w:pPr>
        <w:keepLines/>
        <w:widowControl/>
      </w:pPr>
      <w:r>
        <w:t>At the far end, Cecil Smith saw his commander fall, He carried him inside the track, then answered duty’s call.</w:t>
      </w:r>
    </w:p>
    <w:p>
      <w:pPr>
        <w:keepLines/>
        <w:widowControl/>
      </w:pPr>
      <w:r>
        <w:t>He closed the ramp, climbed to the gun, and took command that night, Then checked the net with Hellcat 23 and joined the bitter fight.</w:t>
      </w:r>
    </w:p>
    <w:p>
      <w:pPr>
        <w:keepLines/>
        <w:widowControl/>
      </w:pPr>
      <w:r>
        <w:t>Two armored tracks at either end, two crews beneath the fire, Held fast against the force that came with charges and desire.</w:t>
      </w:r>
    </w:p>
    <w:p>
      <w:pPr>
        <w:keepLines/>
        <w:widowControl/>
      </w:pPr>
      <w:r>
        <w:t>For five long hours the battle rose, then weakened toward the dawn, Yet neither crew released its hold, and still the bridge held on.</w:t>
      </w:r>
    </w:p>
    <w:p>
      <w:pPr>
        <w:keepLines/>
        <w:widowControl/>
      </w:pPr>
      <w:r>
        <w:t>Their commander saw how they had fought and named the truth outright:</w:t>
      </w:r>
    </w:p>
    <w:p>
      <w:pPr>
        <w:keepLines/>
        <w:widowControl/>
      </w:pPr>
      <w:r>
        <w:t>“They fought like Hellcats on that bridge…” and that name outlived the fight.</w:t>
      </w:r>
    </w:p>
    <w:p>
      <w:pPr>
        <w:keepLines/>
        <w:widowControl/>
      </w:pPr>
      <w:r>
        <w:t>They called themselves the Bandy Bunch and held that bridge through fire, They were troopers, and they gave all that the night required.</w:t>
      </w:r>
    </w:p>
    <w:p>
      <w:pPr>
        <w:keepLines/>
        <w:widowControl/>
      </w:pPr>
      <w:r>
        <w:t>The bridge still stood when morning came, the charges never won, And Bandy’s Silver Star recalled what he and they had done.</w:t>
      </w:r>
    </w:p>
    <w:p>
      <w:pPr>
        <w:keepLines/>
        <w:widowControl/>
      </w:pPr>
      <w:r>
        <w:t>Yet medals never quite explain what those who served all knew: The calmest man beneath the fire gives courage back to you.</w:t>
      </w:r>
    </w:p>
    <w:p>
      <w:pPr>
        <w:keepLines/>
        <w:widowControl/>
      </w:pPr>
      <w:r>
        <w:t>It was the calm voice on the net, the hand that stopped the bleed, The friend who moved toward danger first because a friend had need.</w:t>
      </w:r>
    </w:p>
    <w:p>
      <w:pPr>
        <w:keepLines/>
        <w:widowControl/>
      </w:pPr>
      <w:r>
        <w:t>When at last the column rolled through Bayonet once more, The men would count the battered tracks before they counted more.</w:t>
      </w:r>
    </w:p>
    <w:p>
      <w:pPr>
        <w:keepLines/>
        <w:widowControl/>
      </w:pPr>
      <w:r>
        <w:t>Then came the roll of every man, the answer, voice and name, Each one who stood and answered back meant one more safely came.</w:t>
      </w:r>
    </w:p>
    <w:p>
      <w:pPr>
        <w:keepLines/>
        <w:widowControl/>
      </w:pPr>
      <w:r>
        <w:t>No sweeter sound was heard at night than every voice say, "Here," For every answer in the dark meant one more brother near.</w:t>
      </w:r>
    </w:p>
    <w:p>
      <w:pPr>
        <w:keepLines/>
        <w:widowControl/>
      </w:pPr>
      <w:r>
        <w:t>And when the whole troop gathered there, with every man accounted, Tomorrow's weight seemed lighter then, though only for a moment.</w:t>
      </w:r>
    </w:p>
    <w:p>
      <w:pPr>
        <w:keepLines/>
        <w:widowControl/>
      </w:pPr>
      <w:r>
        <w:t>For everybody was a brother, whatever state or town, And for one night the war itself could not quite wear them down.</w:t>
      </w:r>
    </w:p>
    <w:p>
      <w:pPr>
        <w:keepLines/>
        <w:widowControl/>
      </w:pPr>
      <w:r>
        <w:t>They laughed at things no one back home would ever understand, For humor kept a soldier whole when reason never can.</w:t>
      </w:r>
    </w:p>
    <w:p>
      <w:pPr>
        <w:keepLines/>
        <w:widowControl/>
      </w:pPr>
      <w:r>
        <w:t>The roll call was no ceremony, no grand review or show, It simply meant the men they loved had all come safely home.</w:t>
      </w:r>
    </w:p>
    <w:p>
      <w:pPr>
        <w:keepLines/>
        <w:widowControl/>
      </w:pPr>
      <w:r>
        <w:t>But sometimes one voice did not come. One place stood still and bare. One helmet, bunk, or silent track… and everyone knew where.</w:t>
      </w:r>
    </w:p>
    <w:p>
      <w:pPr>
        <w:keepLines/>
        <w:widowControl/>
      </w:pPr>
      <w:r>
        <w:t>The engines still were started up, the orders still came on, For war does not suspend itself because a friend is gone.</w:t>
      </w:r>
    </w:p>
    <w:p>
      <w:pPr>
        <w:keepLines/>
        <w:widowControl/>
      </w:pPr>
      <w:r>
        <w:t>Replacements came throughout the years, new faces, fresh and young,</w:t>
      </w:r>
    </w:p>
    <w:p>
      <w:pPr>
        <w:keepLines/>
        <w:widowControl/>
      </w:pPr>
      <w:r>
        <w:t>To take the place beside a gun where someone else had hung.</w:t>
      </w:r>
    </w:p>
    <w:p>
      <w:pPr>
        <w:keepLines/>
        <w:widowControl/>
      </w:pPr>
      <w:r>
        <w:t>They looked upon the older men, though none were very old, And saw the stare that youth can wear when youth has grown too old.</w:t>
      </w:r>
    </w:p>
    <w:p>
      <w:pPr>
        <w:keepLines/>
        <w:widowControl/>
      </w:pPr>
      <w:r>
        <w:t>The veterans guessed their ages then, as veterans always do, And wondered what the coming weeks would ask those boys to do.</w:t>
      </w:r>
    </w:p>
    <w:p>
      <w:pPr>
        <w:keepLines/>
        <w:widowControl/>
      </w:pPr>
      <w:r>
        <w:t>A replacement filled an empty seat, but it took time to fill the space</w:t>
      </w:r>
    </w:p>
    <w:p>
      <w:pPr>
        <w:keepLines/>
        <w:widowControl/>
      </w:pPr>
      <w:r>
        <w:t>within the men who still recalled a missing brother's face.</w:t>
      </w:r>
    </w:p>
    <w:p>
      <w:pPr>
        <w:keepLines/>
        <w:widowControl/>
      </w:pPr>
      <w:r>
        <w:t>Some men rotated back toward home, their duty finally through, While others climbed aboard the tracks and learned what they must do.</w:t>
      </w:r>
    </w:p>
    <w:p>
      <w:pPr>
        <w:keepLines/>
        <w:widowControl/>
      </w:pPr>
      <w:r>
        <w:t>Friendships formed through shared ordeal that words could never bind, a family born from danger faced and no one left behind.</w:t>
      </w:r>
    </w:p>
    <w:p>
      <w:pPr>
        <w:keepLines/>
        <w:widowControl/>
      </w:pPr>
      <w:r>
        <w:t>They knew each other in a way no later life could prove, A closeness forged where boyhood ended and men were forced to move.</w:t>
      </w:r>
    </w:p>
    <w:p>
      <w:pPr>
        <w:keepLines/>
        <w:widowControl/>
      </w:pPr>
      <w:r>
        <w:t>A boy among such seasoned men did what a man must do, And learned how much the heart could bear from watching others too.</w:t>
      </w:r>
    </w:p>
    <w:p>
      <w:pPr>
        <w:keepLines/>
        <w:widowControl/>
      </w:pPr>
      <w:r>
        <w:t>The seasons turned though few could tell, one patrol much like the last,</w:t>
      </w:r>
    </w:p>
    <w:p>
      <w:pPr>
        <w:keepLines/>
        <w:widowControl/>
      </w:pPr>
      <w:r>
        <w:t>until the calendar, not the war, revealed how time had passed.</w:t>
      </w:r>
    </w:p>
    <w:p>
      <w:pPr>
        <w:keepLines/>
        <w:widowControl/>
      </w:pPr>
      <w:r>
        <w:t>As tours grew short, thoughts turned toward home, to those across the sea,</w:t>
      </w:r>
    </w:p>
    <w:p>
      <w:pPr>
        <w:keepLines/>
        <w:widowControl/>
      </w:pPr>
      <w:r>
        <w:t>To wives and girls and mothers' rooms they longed again to see.</w:t>
      </w:r>
    </w:p>
    <w:p>
      <w:pPr>
        <w:keepLines/>
        <w:widowControl/>
      </w:pPr>
      <w:r>
        <w:t>They griped about the food and heat, the stench, the mud, the rain,</w:t>
      </w:r>
    </w:p>
    <w:p>
      <w:pPr>
        <w:keepLines/>
        <w:widowControl/>
      </w:pPr>
      <w:r>
        <w:t>and dreamed about a real hot meal they'd someday have again.</w:t>
      </w:r>
    </w:p>
    <w:p>
      <w:pPr>
        <w:keepLines/>
        <w:widowControl/>
      </w:pPr>
      <w:r>
        <w:t>They carried letters near their hearts, and pictures worn and creased,</w:t>
      </w:r>
    </w:p>
    <w:p>
      <w:pPr>
        <w:keepLines/>
        <w:widowControl/>
      </w:pPr>
      <w:r>
        <w:t>holding tightly to tomorrow while serving in the Asian east.</w:t>
      </w:r>
    </w:p>
    <w:p>
      <w:pPr>
        <w:keepLines/>
        <w:widowControl/>
      </w:pPr>
      <w:r>
        <w:t>As tours drew nearer to their end, the longing pulled two ways, One heart reached home across the sea, one stayed in jungle days.</w:t>
      </w:r>
    </w:p>
    <w:p>
      <w:pPr>
        <w:keepLines/>
        <w:widowControl/>
      </w:pPr>
      <w:r>
        <w:t>So going home brought questions too that followed through the years,</w:t>
      </w:r>
    </w:p>
    <w:p>
      <w:pPr>
        <w:keepLines/>
        <w:widowControl/>
      </w:pPr>
      <w:r>
        <w:t>Had all the men they left behind come safely through their fears?</w:t>
      </w:r>
    </w:p>
    <w:p>
      <w:pPr>
        <w:keepLines/>
        <w:widowControl/>
      </w:pPr>
      <w:r>
        <w:t>They were not statues cast in bronze, nor legends without flaw, They were young men doing what the frightened young men saw.</w:t>
      </w:r>
    </w:p>
    <w:p>
      <w:pPr>
        <w:keepLines/>
        <w:widowControl/>
      </w:pPr>
      <w:r>
        <w:t>They fought because the man nearby was counting on their hand, And sometimes that was all the truth a person needs to stand.</w:t>
      </w:r>
    </w:p>
    <w:p>
      <w:pPr>
        <w:keepLines/>
        <w:widowControl/>
      </w:pPr>
      <w:r>
        <w:t>Then orders came, and tours ran short, and one by one they flew, Leaving behind familiar roads and brothers they once knew.</w:t>
      </w:r>
    </w:p>
    <w:p>
      <w:pPr>
        <w:keepLines/>
        <w:widowControl/>
      </w:pPr>
      <w:r>
        <w:t>A uniform was folded up, the jungle boots set down, A soldier found his old job back in some familiar town.</w:t>
      </w:r>
    </w:p>
    <w:p>
      <w:pPr>
        <w:keepLines/>
        <w:widowControl/>
      </w:pPr>
      <w:r>
        <w:t>A wife and child might wait at home, an apartment, house or street, Yet everything looked much the same, except the man they'd meet.</w:t>
      </w:r>
    </w:p>
    <w:p>
      <w:pPr>
        <w:keepLines/>
        <w:widowControl/>
      </w:pPr>
      <w:r>
        <w:t>Some carried steel beneath the skin, a pin to hold a bone, Some walked away without a scar yet never came back whole.</w:t>
      </w:r>
    </w:p>
    <w:p>
      <w:pPr>
        <w:keepLines/>
        <w:widowControl/>
      </w:pPr>
      <w:r>
        <w:t>One grew a beard to hide the scars that strangers need not see, yet nothing ever quite concealed what memory chose to keep.</w:t>
      </w:r>
    </w:p>
    <w:p>
      <w:pPr>
        <w:keepLines/>
        <w:widowControl/>
      </w:pPr>
      <w:r>
        <w:t>"All things considered, I am well," was often how they spoke, With pain made small by humor dry and grief disguised as joke.</w:t>
      </w:r>
    </w:p>
    <w:p>
      <w:pPr>
        <w:keepLines/>
        <w:widowControl/>
      </w:pPr>
      <w:r>
        <w:t>They seldom spoke of what they'd seen, nor asked for sympathy,</w:t>
      </w:r>
    </w:p>
    <w:p>
      <w:pPr>
        <w:keepLines/>
        <w:widowControl/>
      </w:pPr>
      <w:r>
        <w:t>They simply tried to build a life and raise a family.</w:t>
      </w:r>
    </w:p>
    <w:p>
      <w:pPr>
        <w:keepLines/>
        <w:widowControl/>
      </w:pPr>
      <w:r>
        <w:t>But somewhere underneath it all, where daily life had grown, There lived the young H Trooper still… who'd never quite come home.</w:t>
      </w:r>
    </w:p>
    <w:p>
      <w:pPr>
        <w:keepLines/>
        <w:widowControl/>
      </w:pPr>
      <w:r>
        <w:t>Yet sometimes faces once well known</w:t>
      </w:r>
    </w:p>
    <w:p>
      <w:pPr>
        <w:keepLines/>
        <w:widowControl/>
        <w:spacing w:after="40"/>
      </w:pPr>
      <w:r>
        <w:t>grew strangely dim and far,</w:t>
      </w:r>
    </w:p>
    <w:p>
      <w:pPr>
        <w:keepLines/>
        <w:widowControl/>
      </w:pPr>
      <w:r>
        <w:t>While faces lost beside the tracks</w:t>
      </w:r>
    </w:p>
    <w:p>
      <w:pPr>
        <w:keepLines/>
        <w:widowControl/>
      </w:pPr>
      <w:r>
        <w:t>remained just as they are.</w:t>
      </w:r>
    </w:p>
    <w:p>
      <w:pPr>
        <w:keepLines/>
        <w:widowControl/>
        <w:spacing w:after="40"/>
      </w:pPr>
      <w:r>
        <w:t>The mind held fast the men who fell,</w:t>
      </w:r>
    </w:p>
    <w:p>
      <w:pPr>
        <w:keepLines/>
        <w:widowControl/>
        <w:spacing w:after="40"/>
      </w:pPr>
      <w:r>
        <w:t>their laughter, walk and tone,</w:t>
      </w:r>
    </w:p>
    <w:p>
      <w:pPr>
        <w:keepLines/>
        <w:widowControl/>
      </w:pPr>
      <w:r>
        <w:t>While faces from another life seemed barely once his own.</w:t>
      </w:r>
    </w:p>
    <w:p>
      <w:pPr>
        <w:keepLines/>
        <w:widowControl/>
      </w:pPr>
      <w:r>
        <w:t>For ordinary life returned with bills and daily strain, Yet no one there could truly see what lingered in the brain.</w:t>
      </w:r>
    </w:p>
    <w:p>
      <w:pPr>
        <w:keepLines/>
        <w:widowControl/>
      </w:pPr>
      <w:r>
        <w:t>Some things were better left unsaid, for language seemed too small, And silence often carried more than words could tell at all.</w:t>
      </w:r>
    </w:p>
    <w:p>
      <w:pPr>
        <w:keepLines/>
        <w:widowControl/>
      </w:pPr>
      <w:r>
        <w:t>A birthday came with candles lit, with family gathered near, While deep inside an old clock stopped at one set time each year.</w:t>
      </w:r>
    </w:p>
    <w:p>
      <w:pPr>
        <w:keepLines/>
        <w:widowControl/>
      </w:pPr>
      <w:r>
        <w:t>To others it was celebration, a cake, a song, a smile, To him one afternoon remained as vivid all the while.</w:t>
      </w:r>
    </w:p>
    <w:p>
      <w:pPr>
        <w:keepLines/>
        <w:widowControl/>
      </w:pPr>
      <w:r>
        <w:t>At fifteen forty-five that day, one life had reached its end, Though breath remained and someone else came home to wife and friend.</w:t>
      </w:r>
    </w:p>
    <w:p>
      <w:pPr>
        <w:keepLines/>
        <w:widowControl/>
      </w:pPr>
      <w:r>
        <w:t>The years moved on for everyone, the calendar turned new, Yet every birthday carried back the things that soldier knew.</w:t>
      </w:r>
    </w:p>
    <w:p>
      <w:pPr>
        <w:keepLines/>
        <w:widowControl/>
      </w:pPr>
      <w:r>
        <w:t>Some wounds are hidden from the eye, no scar their pain can prove, Yet they can shape a lifetime's course… long after battles move.</w:t>
      </w:r>
    </w:p>
    <w:p>
      <w:pPr>
        <w:keepLines/>
        <w:widowControl/>
      </w:pPr>
      <w:r>
        <w:t>The body lived, the years went on, but something had been changed, The man his loved ones thought they knew felt distant and estranged.</w:t>
      </w:r>
    </w:p>
    <w:p>
      <w:pPr>
        <w:keepLines/>
        <w:widowControl/>
      </w:pPr>
      <w:r>
        <w:t>A wife might mourn the husband lost though he was standing there, Still working, laughing, raising kids… still trying hard to care.</w:t>
      </w:r>
    </w:p>
    <w:p>
      <w:pPr>
        <w:keepLines/>
        <w:widowControl/>
      </w:pPr>
      <w:r>
        <w:t>She learned which dreams would wake him fast, which silence meant "not yet".</w:t>
      </w:r>
    </w:p>
    <w:p>
      <w:pPr>
        <w:keepLines/>
        <w:widowControl/>
      </w:pPr>
      <w:r>
        <w:t>She asked for little, gave him much, and loved him without regret.</w:t>
      </w:r>
    </w:p>
    <w:p>
      <w:pPr>
        <w:keepLines/>
        <w:widowControl/>
      </w:pPr>
      <w:r>
        <w:t>He smiled through weddings, holidays, to spare the ones he loved, While somewhere deep one afternoon remained untouched, unmoved.</w:t>
      </w:r>
    </w:p>
    <w:p>
      <w:pPr>
        <w:keepLines/>
        <w:widowControl/>
      </w:pPr>
      <w:r>
        <w:t>It did not simply fade with time, as some believed it should, He only learned to hide it well… as countless veterans would.</w:t>
      </w:r>
    </w:p>
    <w:p>
      <w:pPr>
        <w:keepLines/>
        <w:widowControl/>
      </w:pPr>
      <w:r>
        <w:t>There were no bandages to change, no scars for eyes to see, Yet every day he carried things no one else could perceive.</w:t>
      </w:r>
    </w:p>
    <w:p>
      <w:pPr>
        <w:keepLines/>
        <w:widowControl/>
      </w:pPr>
      <w:r>
        <w:t>He sought a quiet place instead, with one who made him safe,</w:t>
      </w:r>
    </w:p>
    <w:p>
      <w:pPr>
        <w:keepLines/>
        <w:widowControl/>
      </w:pPr>
      <w:r>
        <w:t>No crowd, no party, no old songs… no need to wear a face.</w:t>
      </w:r>
    </w:p>
    <w:p>
      <w:pPr>
        <w:keepLines/>
        <w:widowControl/>
      </w:pPr>
      <w:r>
        <w:t>Those wounds were carried silently beneath life's steady tone, A veteran could fill a room… and still remain alone.</w:t>
      </w:r>
    </w:p>
    <w:p>
      <w:pPr>
        <w:keepLines/>
        <w:widowControl/>
      </w:pPr>
      <w:r>
        <w:t>Yet through the Family of H Troop, the burden found some rest,</w:t>
      </w:r>
    </w:p>
    <w:p>
      <w:pPr>
        <w:keepLines/>
        <w:widowControl/>
      </w:pPr>
      <w:r>
        <w:t>Among the friends who needed no explanation or request.</w:t>
      </w:r>
    </w:p>
    <w:p>
      <w:pPr>
        <w:keepLines/>
        <w:widowControl/>
      </w:pPr>
      <w:r>
        <w:t>They knew the sudden anger's source, the sleepless night and fear, The way an old remembered sound could make the past appear.</w:t>
      </w:r>
    </w:p>
    <w:p>
      <w:pPr>
        <w:keepLines/>
        <w:widowControl/>
      </w:pPr>
      <w:r>
        <w:t>They knew why helicopters stirred a feeling deep within, Why diesel smoke or summer rain could start the war again.</w:t>
      </w:r>
    </w:p>
    <w:p>
      <w:pPr>
        <w:keepLines/>
        <w:widowControl/>
      </w:pPr>
      <w:r>
        <w:t>They knew why someone left a room, or flinched at certain sound, Or scanned the doors and windows first wherever he was found.</w:t>
      </w:r>
    </w:p>
    <w:p>
      <w:pPr>
        <w:keepLines/>
        <w:widowControl/>
      </w:pPr>
      <w:r>
        <w:t>Some still recalled the barbed wire at Lei Tan in the sun,</w:t>
      </w:r>
    </w:p>
    <w:p>
      <w:pPr>
        <w:keepLines/>
        <w:widowControl/>
      </w:pPr>
      <w:r>
        <w:t>A picture seared into the brain... though half a lifetime run.</w:t>
      </w:r>
    </w:p>
    <w:p>
      <w:pPr>
        <w:keepLines/>
        <w:widowControl/>
      </w:pPr>
      <w:r>
        <w:t>They knew that guard had never ceased, though decades passed away, Some old soldiers still stood watch at ending of each day.</w:t>
      </w:r>
    </w:p>
    <w:p>
      <w:pPr>
        <w:keepLines/>
        <w:widowControl/>
      </w:pPr>
      <w:r>
        <w:t>More than fifty years have passed, new chapters filled their lives, With children, grandchildren, quiet homes, devoted husbands, wives.</w:t>
      </w:r>
    </w:p>
    <w:p>
      <w:pPr>
        <w:keepLines/>
        <w:widowControl/>
      </w:pPr>
      <w:r>
        <w:t>Their backs grew bent, their hair turned white, their footsteps not as fast, Yet somewhere lived the teenage boy who stepped down from that craft.</w:t>
      </w:r>
    </w:p>
    <w:p>
      <w:pPr>
        <w:keepLines/>
        <w:widowControl/>
      </w:pPr>
      <w:r>
        <w:t>The battles still could rage at night, the bedsheets damp with fear,</w:t>
      </w:r>
    </w:p>
    <w:p>
      <w:pPr>
        <w:keepLines/>
        <w:widowControl/>
      </w:pPr>
      <w:r>
        <w:t>The nightmare sharp as yesterday, the distant voices clear.</w:t>
      </w:r>
    </w:p>
    <w:p>
      <w:pPr>
        <w:keepLines/>
        <w:widowControl/>
      </w:pPr>
      <w:r>
        <w:t>Replacements now were needed most… but no replacements came.</w:t>
      </w:r>
    </w:p>
    <w:p>
      <w:pPr>
        <w:keepLines/>
        <w:widowControl/>
      </w:pPr>
      <w:r>
        <w:t>The lonely watch continued on, remembered name by name.</w:t>
      </w:r>
    </w:p>
    <w:p>
      <w:pPr>
        <w:keepLines/>
        <w:widowControl/>
      </w:pPr>
      <w:r>
        <w:t>The guard remained though wars were done, the years could not relieve</w:t>
      </w:r>
    </w:p>
    <w:p>
      <w:pPr>
        <w:keepLines/>
        <w:widowControl/>
      </w:pPr>
      <w:r>
        <w:t>the duty owed to absent friends whom every heart still grieved.</w:t>
      </w:r>
    </w:p>
    <w:p>
      <w:pPr>
        <w:keepLines/>
        <w:widowControl/>
      </w:pPr>
      <w:r>
        <w:t>Then one man took another watch, with rosters, calls and names,</w:t>
      </w:r>
    </w:p>
    <w:p>
      <w:pPr>
        <w:keepLines/>
        <w:widowControl/>
      </w:pPr>
      <w:r>
        <w:t>And searched across the passing years to gather them again.</w:t>
      </w:r>
    </w:p>
    <w:p>
      <w:pPr>
        <w:keepLines/>
        <w:widowControl/>
      </w:pPr>
      <w:r>
        <w:t>At first a telephone might ring and neither man know how,</w:t>
      </w:r>
    </w:p>
    <w:p>
      <w:pPr>
        <w:keepLines/>
        <w:widowControl/>
      </w:pPr>
      <w:r>
        <w:t>to cross the years between them there and meet each other now.</w:t>
      </w:r>
    </w:p>
    <w:p>
      <w:pPr>
        <w:keepLines/>
        <w:widowControl/>
      </w:pPr>
      <w:r>
        <w:t>So reunions brought the Family back, though many years had flown, Old voices filled the room once more… and no one stood alone.</w:t>
      </w:r>
    </w:p>
    <w:p>
      <w:pPr>
        <w:keepLines/>
        <w:widowControl/>
      </w:pPr>
      <w:r>
        <w:t>Time dissolved with handshakes shared, old laughter filled the air, The decades slipped quietly away as though they'd never been there.</w:t>
      </w:r>
    </w:p>
    <w:p>
      <w:pPr>
        <w:keepLines/>
        <w:widowControl/>
      </w:pPr>
      <w:r>
        <w:t>A name once heard across the field, a grin from long ago, Could bridge the years in just a breath more deeply than most know.</w:t>
      </w:r>
    </w:p>
    <w:p>
      <w:pPr>
        <w:keepLines/>
        <w:widowControl/>
      </w:pPr>
      <w:r>
        <w:t>They spoke of friends who never came, as though they'd stepped outside, for every empty seat that stood still kept them by their side.</w:t>
      </w:r>
    </w:p>
    <w:p>
      <w:pPr>
        <w:keepLines/>
        <w:widowControl/>
      </w:pPr>
      <w:r>
        <w:t>A chair might stand, an empty seat, left without a man,</w:t>
      </w:r>
    </w:p>
    <w:p>
      <w:pPr>
        <w:keepLines/>
        <w:widowControl/>
      </w:pPr>
      <w:r>
        <w:t>For every gathering still made room within H Troop's great span.</w:t>
      </w:r>
    </w:p>
    <w:p>
      <w:pPr>
        <w:keepLines/>
        <w:widowControl/>
      </w:pPr>
      <w:r>
        <w:t>There came a time to raise a glass, then quietly bow each head,</w:t>
      </w:r>
    </w:p>
    <w:p>
      <w:pPr>
        <w:keepLines/>
        <w:widowControl/>
      </w:pPr>
      <w:r>
        <w:t>One toast was always offered first… to brothers who were dead.</w:t>
      </w:r>
    </w:p>
    <w:p>
      <w:pPr>
        <w:keepLines/>
        <w:widowControl/>
      </w:pPr>
      <w:r>
        <w:t>Fifty four young men of H Troop would never leave that land,</w:t>
      </w:r>
    </w:p>
    <w:p>
      <w:pPr>
        <w:keepLines/>
        <w:widowControl/>
      </w:pPr>
      <w:r>
        <w:t>fifty four unfinished lives, each known by heart and hand.</w:t>
      </w:r>
    </w:p>
    <w:p>
      <w:pPr>
        <w:keepLines/>
        <w:widowControl/>
      </w:pPr>
      <w:r>
        <w:t>Back home mothers kept a room, while fathers spoke their names,</w:t>
      </w:r>
    </w:p>
    <w:p>
      <w:pPr>
        <w:keepLines/>
        <w:widowControl/>
      </w:pPr>
      <w:r>
        <w:t>and those who loved them carried on, though life was not the same.</w:t>
      </w:r>
    </w:p>
    <w:p>
      <w:pPr>
        <w:keepLines/>
        <w:widowControl/>
      </w:pPr>
      <w:r>
        <w:t>They were not numbers on cold paper lists, nor just names carved in stone,</w:t>
      </w:r>
    </w:p>
    <w:p>
      <w:pPr>
        <w:keepLines/>
        <w:widowControl/>
        <w:spacing w:after="40"/>
      </w:pPr>
      <w:r>
        <w:t>but sons and brothers, husbands, friends,</w:t>
      </w:r>
    </w:p>
    <w:p>
      <w:pPr>
        <w:keepLines/>
        <w:widowControl/>
      </w:pPr>
      <w:r>
        <w:t>each dearly loved at home.</w:t>
      </w:r>
    </w:p>
    <w:p>
      <w:pPr>
        <w:keepLines/>
        <w:widowControl/>
      </w:pPr>
      <w:r>
        <w:t>The laughter never hid the loss, nor sorrow dimmed the cheer, For joy and grief walked side by side whenever they drew near.</w:t>
      </w:r>
    </w:p>
    <w:p>
      <w:pPr>
        <w:keepLines/>
        <w:widowControl/>
      </w:pPr>
      <w:r>
        <w:t>No rank remained to separate, no youth to prove once more,</w:t>
      </w:r>
    </w:p>
    <w:p>
      <w:pPr>
        <w:keepLines/>
        <w:widowControl/>
      </w:pPr>
      <w:r>
        <w:t>Just aging men whose bond endured as steadfast as before.</w:t>
      </w:r>
    </w:p>
    <w:p>
      <w:pPr>
        <w:keepLines/>
        <w:widowControl/>
      </w:pPr>
      <w:r>
        <w:t>Together they remembered all, the living and the gone,</w:t>
      </w:r>
    </w:p>
    <w:p>
      <w:pPr>
        <w:keepLines/>
        <w:widowControl/>
        <w:spacing w:after="40"/>
      </w:pPr>
      <w:r>
        <w:t>For H Troop was still Family…</w:t>
      </w:r>
    </w:p>
    <w:p>
      <w:pPr>
        <w:keepLines/>
        <w:widowControl/>
      </w:pPr>
      <w:r>
        <w:t>and Family carried on.</w:t>
      </w:r>
    </w:p>
    <w:p>
      <w:pPr>
        <w:keepLines/>
        <w:widowControl/>
      </w:pPr>
      <w:r>
        <w:t>The years had taken many things, yet one gift still remained, The story of those younger days deserved to be retained.</w:t>
      </w:r>
    </w:p>
    <w:p>
      <w:pPr>
        <w:keepLines/>
        <w:widowControl/>
      </w:pPr>
      <w:r>
        <w:t>For children knew them as a dad, or Grandpa, calm and kind, Not always seeing what had shaped the memories in his mind.</w:t>
      </w:r>
    </w:p>
    <w:p>
      <w:pPr>
        <w:keepLines/>
        <w:widowControl/>
      </w:pPr>
      <w:r>
        <w:t>They saw the gentle, patient man, whose hair had turned to gray, They could not know the frightened youth who once had gone away.</w:t>
      </w:r>
    </w:p>
    <w:p>
      <w:pPr>
        <w:keepLines/>
        <w:widowControl/>
      </w:pPr>
      <w:r>
        <w:t>The photographs grew old with time, the letters slowly browned, Yet every faded face recalled a brother once well found.</w:t>
      </w:r>
    </w:p>
    <w:p>
      <w:pPr>
        <w:keepLines/>
        <w:widowControl/>
      </w:pPr>
      <w:r>
        <w:t>They told the stories when they could, though never every part, Some memories belonged to words… and some stayed in the heart.</w:t>
      </w:r>
    </w:p>
    <w:p>
      <w:pPr>
        <w:keepLines/>
        <w:widowControl/>
      </w:pPr>
      <w:r>
        <w:t>They hoped that those who followed them would understand someday, That freedom bears a hidden cost too many are asked to pay.</w:t>
      </w:r>
    </w:p>
    <w:p>
      <w:pPr>
        <w:keepLines/>
        <w:widowControl/>
      </w:pPr>
      <w:r>
        <w:t>The battles ended long ago, but one thing still was true, The greatest gift they carried home… was each remaining few.</w:t>
      </w:r>
    </w:p>
    <w:p>
      <w:pPr>
        <w:keepLines/>
        <w:widowControl/>
      </w:pPr>
      <w:r>
        <w:t>One by one the roll grew short, as Time called each away,</w:t>
      </w:r>
    </w:p>
    <w:p>
      <w:pPr>
        <w:keepLines/>
        <w:widowControl/>
      </w:pPr>
      <w:r>
        <w:t>Until the few who still remained became the ones to say,</w:t>
      </w:r>
    </w:p>
    <w:p>
      <w:pPr>
        <w:keepLines/>
        <w:widowControl/>
      </w:pPr>
      <w:r>
        <w:t>"Remember not how we grew old, nor every tear we knew, Remember those who gave their all… and those who brought them through."</w:t>
      </w:r>
    </w:p>
    <w:p>
      <w:pPr>
        <w:keepLines/>
        <w:widowControl/>
      </w:pPr>
      <w:r>
        <w:t>The story was not theirs alone, but every life it touched, The families who stood waiting home, who sacrificed as much.</w:t>
      </w:r>
    </w:p>
    <w:p>
      <w:pPr>
        <w:keepLines/>
        <w:widowControl/>
      </w:pPr>
      <w:r>
        <w:t>For wives and children bore the weight when silent burdens came, They carried love through darkest days and asked for little fame.</w:t>
      </w:r>
    </w:p>
    <w:p>
      <w:pPr>
        <w:keepLines/>
        <w:widowControl/>
      </w:pPr>
      <w:r>
        <w:t>So every page that now is turned, each memory recalled anew, Becomes another watch relieved… by someone seeing through.</w:t>
      </w:r>
    </w:p>
    <w:p>
      <w:pPr>
        <w:keepLines/>
        <w:widowControl/>
      </w:pPr>
      <w:r>
        <w:t>For history lives not just in stone, nor medals kept apart, It lives within remembered names… and every grateful heart.</w:t>
      </w:r>
    </w:p>
    <w:p>
      <w:pPr>
        <w:keepLines/>
        <w:widowControl/>
      </w:pPr>
      <w:r>
        <w:t>The years will claim us, one by one, as years were meant to do,</w:t>
      </w:r>
    </w:p>
    <w:p>
      <w:pPr>
        <w:keepLines/>
        <w:widowControl/>
      </w:pPr>
      <w:r>
        <w:t>Yet stories live beyond our days when others keep them true.</w:t>
      </w:r>
    </w:p>
    <w:p>
      <w:pPr>
        <w:keepLines/>
        <w:widowControl/>
      </w:pPr>
      <w:r>
        <w:t>No monument of stone alone, no marble carved with names, Can ever hold the living hearts of those who fought those flames.</w:t>
      </w:r>
    </w:p>
    <w:p>
      <w:pPr>
        <w:keepLines/>
        <w:widowControl/>
      </w:pPr>
      <w:r>
        <w:t>They live each time a child asks why, or someone stops to hear,</w:t>
      </w:r>
    </w:p>
    <w:p>
      <w:pPr>
        <w:keepLines/>
        <w:widowControl/>
      </w:pPr>
      <w:r>
        <w:t>The voices of another age still quietly drawing near.</w:t>
      </w:r>
    </w:p>
    <w:p>
      <w:pPr>
        <w:keepLines/>
        <w:widowControl/>
      </w:pPr>
      <w:r>
        <w:t>They live when old photographs are gently passed around, And someone says, "That smiling face…" then speaks a name aloud.</w:t>
      </w:r>
    </w:p>
    <w:p>
      <w:pPr>
        <w:keepLines/>
        <w:widowControl/>
      </w:pPr>
      <w:r>
        <w:t>The names were spoken carefully, so none would disappear, For memory lives another day each time a name rings clear.</w:t>
      </w:r>
    </w:p>
    <w:p>
      <w:pPr>
        <w:keepLines/>
        <w:widowControl/>
      </w:pPr>
      <w:r>
        <w:t>Some stories fade with passing years, their pages lost to time, Yet others live because they're told in memory and rhyme.</w:t>
      </w:r>
    </w:p>
    <w:p>
      <w:pPr>
        <w:keepLines/>
        <w:widowControl/>
      </w:pPr>
      <w:r>
        <w:t>This is not just a tale of war, nor battles fought afar, It is the story of young men who learned just who they are.</w:t>
      </w:r>
    </w:p>
    <w:p>
      <w:pPr>
        <w:keepLines/>
        <w:widowControl/>
      </w:pPr>
      <w:r>
        <w:t>The years could never break the bond that hardship helped to weave, For some friendships are forged so deep they never truly leave.</w:t>
      </w:r>
    </w:p>
    <w:p>
      <w:pPr>
        <w:keepLines/>
        <w:widowControl/>
      </w:pPr>
      <w:r>
        <w:t>Though Time may thin the gathering now, and silence claim each voice, The love they bore for one another remains a living choice.</w:t>
      </w:r>
    </w:p>
    <w:p>
      <w:pPr>
        <w:keepLines/>
        <w:widowControl/>
      </w:pPr>
      <w:r>
        <w:t>As long as stories still are told, their watch is not yet through,</w:t>
      </w:r>
    </w:p>
    <w:p>
      <w:pPr>
        <w:keepLines/>
        <w:widowControl/>
        <w:spacing w:after="40"/>
      </w:pPr>
      <w:r>
        <w:t>The story still is carried on…</w:t>
      </w:r>
    </w:p>
    <w:p>
      <w:pPr>
        <w:keepLines/>
        <w:widowControl/>
        <w:spacing w:after="40"/>
      </w:pPr>
      <w:r>
        <w:t>by me,</w:t>
      </w:r>
    </w:p>
    <w:p>
      <w:pPr>
        <w:keepLines/>
        <w:widowControl/>
        <w:spacing w:after="40"/>
      </w:pPr>
      <w:r>
        <w:t>by you.</w:t>
      </w:r>
    </w:p>
    <w:p>
      <w:pPr>
        <w:keepLines/>
        <w:widowControl/>
      </w:pPr>
      <w:r>
        <w:t>And when the final roll is called, beyond this earthly plain,</w:t>
      </w:r>
    </w:p>
    <w:p>
      <w:pPr>
        <w:keepLines/>
        <w:widowControl/>
      </w:pPr>
      <w:r>
        <w:t>May every brother find his place… together once again.</w:t>
      </w:r>
    </w:p>
    <w:p>
      <w:pPr>
        <w:keepLines/>
        <w:widowControl/>
      </w:pPr>
      <w:r>
        <w:t>No tracks will bear the scars of war, no jungle hide the sky,</w:t>
      </w:r>
    </w:p>
    <w:p>
      <w:pPr>
        <w:keepLines/>
        <w:widowControl/>
      </w:pPr>
      <w:r>
        <w:t>No young man wonder if this day might be the day to die.</w:t>
      </w:r>
    </w:p>
    <w:p>
      <w:pPr>
        <w:keepLines/>
        <w:widowControl/>
      </w:pPr>
      <w:r>
        <w:t>The laughter of those long-lost friends will echo strong and clear,</w:t>
      </w:r>
    </w:p>
    <w:p>
      <w:pPr>
        <w:keepLines/>
        <w:widowControl/>
        <w:spacing w:after="40"/>
      </w:pPr>
      <w:r>
        <w:t>Their brotherhood unbroken still…</w:t>
      </w:r>
    </w:p>
    <w:p>
      <w:pPr>
        <w:keepLines/>
        <w:widowControl/>
      </w:pPr>
      <w:r>
        <w:t>beyond the passing years.</w:t>
      </w:r>
    </w:p>
    <w:p>
      <w:pPr>
        <w:keepLines/>
        <w:widowControl/>
      </w:pPr>
      <w:r>
        <w:t>Though many voices now are silent, their stories shall remain,</w:t>
      </w:r>
    </w:p>
    <w:p>
      <w:pPr>
        <w:keepLines/>
        <w:widowControl/>
        <w:spacing w:after="40"/>
      </w:pPr>
      <w:r>
        <w:t>They walk with us,</w:t>
      </w:r>
    </w:p>
    <w:p>
      <w:pPr>
        <w:keepLines/>
        <w:widowControl/>
        <w:spacing w:after="40"/>
      </w:pPr>
      <w:r>
        <w:t>once again,</w:t>
      </w:r>
    </w:p>
    <w:p>
      <w:pPr>
        <w:keepLines/>
        <w:widowControl/>
        <w:spacing w:after="40"/>
      </w:pPr>
      <w:r>
        <w:t>each time we speak their names.</w:t>
      </w:r>
    </w:p>
    <w:p>
      <w:pPr>
        <w:keepLines/>
        <w:widowControl/>
      </w:pPr>
      <w:r>
        <w:t>While no one could fully know</w:t>
      </w:r>
    </w:p>
    <w:p>
      <w:pPr>
        <w:keepLines/>
        <w:widowControl/>
        <w:spacing w:after="40"/>
      </w:pPr>
      <w:r>
        <w:t>the road our H Troopers passed through,</w:t>
      </w:r>
    </w:p>
    <w:p>
      <w:pPr>
        <w:keepLines/>
        <w:widowControl/>
      </w:pPr>
      <w:r>
        <w:t>may all who read these humble words, walk a mile there too.</w:t>
      </w:r>
    </w:p>
    <w:p>
      <w:pPr>
        <w:keepLines/>
        <w:widowControl/>
        <w:spacing w:after="40"/>
      </w:pPr>
      <w:r>
        <w:t>No One But Us.</w:t>
      </w:r>
    </w:p>
    <w:sectPr w:rsidR="00FC693F" w:rsidRPr="0006063C" w:rsidSect="00034616">
      <w:footerReference w:type="default" r:id="rId9"/>
      <w:pgSz w:w="12240" w:h="15840"/>
      <w:pgMar w:top="1152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/>
        <w:color w:val="5F5F5F"/>
        <w:sz w:val="18"/>
      </w:rPr>
      <w:t xml:space="preserve">No One But Us    •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spacing w:after="200" w:line="276" w:lineRule="auto"/>
    </w:pPr>
    <w:rPr>
      <w:rFonts w:ascii="Georgia" w:hAnsi="Georgia"/>
      <w:color w:val="1C1C1C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One But Us</dc:title>
  <dc:subject>A Ballad of H Troop 17th Cavalry</dc:subject>
  <dc:creator>python-docx</dc:creator>
  <cp:keywords/>
  <dc:description>Complete text from the narrated film.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